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EF9B37" w14:textId="77777777" w:rsidR="00696E28" w:rsidRPr="00396C9F" w:rsidRDefault="00000000">
      <w:pPr>
        <w:pStyle w:val="Heading1"/>
        <w:rPr>
          <w:color w:val="000000" w:themeColor="text1"/>
        </w:rPr>
      </w:pPr>
      <w:r w:rsidRPr="00396C9F">
        <w:rPr>
          <w:rFonts w:ascii="Arial Black" w:hAnsi="Arial Black"/>
          <w:color w:val="000000" w:themeColor="text1"/>
          <w:sz w:val="56"/>
        </w:rPr>
        <w:t>Forza Horizon 5</w:t>
      </w:r>
    </w:p>
    <w:p w14:paraId="49228730" w14:textId="77777777" w:rsidR="00696E28" w:rsidRPr="00396C9F" w:rsidRDefault="00000000">
      <w:pPr>
        <w:rPr>
          <w:color w:val="632423" w:themeColor="accent2" w:themeShade="80"/>
        </w:rPr>
      </w:pPr>
      <w:r w:rsidRPr="00396C9F">
        <w:rPr>
          <w:rFonts w:ascii="Calibri" w:hAnsi="Calibri"/>
          <w:i/>
          <w:color w:val="632423" w:themeColor="accent2" w:themeShade="80"/>
          <w:sz w:val="32"/>
        </w:rPr>
        <w:t>Experience the ultimate gaming journey!</w:t>
      </w:r>
    </w:p>
    <w:p w14:paraId="4CA9202B" w14:textId="7CB9385F" w:rsidR="00696E28" w:rsidRPr="00396C9F" w:rsidRDefault="00000000">
      <w:pPr>
        <w:rPr>
          <w:color w:val="000000" w:themeColor="text1"/>
        </w:rPr>
      </w:pPr>
      <w:r w:rsidRPr="00396C9F">
        <w:rPr>
          <w:color w:val="000000" w:themeColor="text1"/>
        </w:rPr>
        <w:t>——————————————————————————————————————</w:t>
      </w:r>
    </w:p>
    <w:p w14:paraId="0F43E266" w14:textId="77777777" w:rsidR="00696E28" w:rsidRPr="00396C9F" w:rsidRDefault="00000000">
      <w:pPr>
        <w:pStyle w:val="Heading2"/>
        <w:rPr>
          <w:color w:val="632423" w:themeColor="accent2" w:themeShade="80"/>
        </w:rPr>
      </w:pPr>
      <w:r w:rsidRPr="00396C9F">
        <w:rPr>
          <w:color w:val="632423" w:themeColor="accent2" w:themeShade="80"/>
        </w:rPr>
        <w:t>🎮 Game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20"/>
        <w:gridCol w:w="4453"/>
      </w:tblGrid>
      <w:tr w:rsidR="00696E28" w14:paraId="3DA51C5F" w14:textId="77777777" w:rsidTr="00274950">
        <w:tc>
          <w:tcPr>
            <w:tcW w:w="4320" w:type="dxa"/>
          </w:tcPr>
          <w:p w14:paraId="3A510F30" w14:textId="77777777" w:rsidR="00696E28" w:rsidRDefault="00000000">
            <w:r>
              <w:rPr>
                <w:b/>
              </w:rPr>
              <w:t>Developer</w:t>
            </w:r>
          </w:p>
        </w:tc>
        <w:tc>
          <w:tcPr>
            <w:tcW w:w="4453" w:type="dxa"/>
          </w:tcPr>
          <w:p w14:paraId="52C07DC0" w14:textId="78444CC2" w:rsidR="00696E28" w:rsidRPr="00396C9F" w:rsidRDefault="00396C9F">
            <w:pPr>
              <w:rPr>
                <w:color w:val="632423" w:themeColor="accent2" w:themeShade="80"/>
              </w:rPr>
            </w:pPr>
            <w:hyperlink r:id="rId6" w:history="1">
              <w:r w:rsidRPr="00396C9F">
                <w:rPr>
                  <w:rStyle w:val="Hyperlink"/>
                  <w:color w:val="632423" w:themeColor="accent2" w:themeShade="80"/>
                </w:rPr>
                <w:t>Playground Games</w:t>
              </w:r>
            </w:hyperlink>
          </w:p>
        </w:tc>
      </w:tr>
      <w:tr w:rsidR="00696E28" w14:paraId="08441416" w14:textId="77777777" w:rsidTr="00274950">
        <w:tc>
          <w:tcPr>
            <w:tcW w:w="4320" w:type="dxa"/>
          </w:tcPr>
          <w:p w14:paraId="023E3864" w14:textId="77777777" w:rsidR="00696E28" w:rsidRDefault="00000000">
            <w:r>
              <w:rPr>
                <w:b/>
              </w:rPr>
              <w:t>Publisher</w:t>
            </w:r>
          </w:p>
        </w:tc>
        <w:tc>
          <w:tcPr>
            <w:tcW w:w="4453" w:type="dxa"/>
          </w:tcPr>
          <w:p w14:paraId="2805F992" w14:textId="1FE9BBA3" w:rsidR="00696E28" w:rsidRPr="00396C9F" w:rsidRDefault="00396C9F">
            <w:pPr>
              <w:rPr>
                <w:color w:val="632423" w:themeColor="accent2" w:themeShade="80"/>
              </w:rPr>
            </w:pPr>
            <w:hyperlink r:id="rId7" w:history="1">
              <w:r w:rsidRPr="00396C9F">
                <w:rPr>
                  <w:rStyle w:val="Hyperlink"/>
                  <w:color w:val="632423" w:themeColor="accent2" w:themeShade="80"/>
                </w:rPr>
                <w:t>Xbox Game Studios</w:t>
              </w:r>
            </w:hyperlink>
          </w:p>
        </w:tc>
      </w:tr>
      <w:tr w:rsidR="00696E28" w14:paraId="3E35B434" w14:textId="77777777" w:rsidTr="00274950">
        <w:tc>
          <w:tcPr>
            <w:tcW w:w="4320" w:type="dxa"/>
          </w:tcPr>
          <w:p w14:paraId="36C34365" w14:textId="77777777" w:rsidR="00696E28" w:rsidRDefault="00000000">
            <w:r>
              <w:rPr>
                <w:b/>
              </w:rPr>
              <w:t>Release Date</w:t>
            </w:r>
          </w:p>
        </w:tc>
        <w:tc>
          <w:tcPr>
            <w:tcW w:w="4453" w:type="dxa"/>
          </w:tcPr>
          <w:p w14:paraId="7BFD4464" w14:textId="097128F4" w:rsidR="00696E28" w:rsidRPr="00396C9F" w:rsidRDefault="00396C9F">
            <w:pPr>
              <w:rPr>
                <w:color w:val="632423" w:themeColor="accent2" w:themeShade="80"/>
              </w:rPr>
            </w:pPr>
            <w:r w:rsidRPr="00396C9F">
              <w:rPr>
                <w:color w:val="632423" w:themeColor="accent2" w:themeShade="80"/>
              </w:rPr>
              <w:t>9 Nov, 2021</w:t>
            </w:r>
          </w:p>
        </w:tc>
      </w:tr>
      <w:tr w:rsidR="00696E28" w14:paraId="00D74832" w14:textId="77777777" w:rsidTr="00274950">
        <w:tc>
          <w:tcPr>
            <w:tcW w:w="4320" w:type="dxa"/>
          </w:tcPr>
          <w:p w14:paraId="2D4EFCBE" w14:textId="77777777" w:rsidR="00696E28" w:rsidRDefault="00000000">
            <w:r>
              <w:rPr>
                <w:b/>
              </w:rPr>
              <w:t>Genre</w:t>
            </w:r>
          </w:p>
        </w:tc>
        <w:tc>
          <w:tcPr>
            <w:tcW w:w="4453" w:type="dxa"/>
          </w:tcPr>
          <w:p w14:paraId="4A42D44C" w14:textId="5EC96FF7" w:rsidR="00696E28" w:rsidRPr="00396C9F" w:rsidRDefault="00396C9F">
            <w:pPr>
              <w:rPr>
                <w:color w:val="632423" w:themeColor="accent2" w:themeShade="80"/>
              </w:rPr>
            </w:pPr>
            <w:hyperlink r:id="rId8" w:history="1">
              <w:r w:rsidRPr="00396C9F">
                <w:rPr>
                  <w:rStyle w:val="Hyperlink"/>
                  <w:color w:val="632423" w:themeColor="accent2" w:themeShade="80"/>
                </w:rPr>
                <w:t>Action</w:t>
              </w:r>
            </w:hyperlink>
            <w:r w:rsidRPr="00396C9F">
              <w:rPr>
                <w:color w:val="632423" w:themeColor="accent2" w:themeShade="80"/>
              </w:rPr>
              <w:t>, </w:t>
            </w:r>
            <w:hyperlink r:id="rId9" w:history="1">
              <w:r w:rsidRPr="00396C9F">
                <w:rPr>
                  <w:rStyle w:val="Hyperlink"/>
                  <w:color w:val="632423" w:themeColor="accent2" w:themeShade="80"/>
                </w:rPr>
                <w:t>Adventure</w:t>
              </w:r>
            </w:hyperlink>
            <w:r w:rsidRPr="00396C9F">
              <w:rPr>
                <w:color w:val="632423" w:themeColor="accent2" w:themeShade="80"/>
              </w:rPr>
              <w:t>, </w:t>
            </w:r>
            <w:hyperlink r:id="rId10" w:history="1">
              <w:r w:rsidRPr="00396C9F">
                <w:rPr>
                  <w:rStyle w:val="Hyperlink"/>
                  <w:color w:val="632423" w:themeColor="accent2" w:themeShade="80"/>
                </w:rPr>
                <w:t>Racing</w:t>
              </w:r>
            </w:hyperlink>
            <w:r w:rsidRPr="00396C9F">
              <w:rPr>
                <w:color w:val="632423" w:themeColor="accent2" w:themeShade="80"/>
              </w:rPr>
              <w:t>, </w:t>
            </w:r>
            <w:hyperlink r:id="rId11" w:history="1">
              <w:r w:rsidRPr="00396C9F">
                <w:rPr>
                  <w:rStyle w:val="Hyperlink"/>
                  <w:color w:val="632423" w:themeColor="accent2" w:themeShade="80"/>
                </w:rPr>
                <w:t>Simulation</w:t>
              </w:r>
            </w:hyperlink>
            <w:r w:rsidRPr="00396C9F">
              <w:rPr>
                <w:color w:val="632423" w:themeColor="accent2" w:themeShade="80"/>
              </w:rPr>
              <w:t>, </w:t>
            </w:r>
            <w:hyperlink r:id="rId12" w:history="1">
              <w:r w:rsidRPr="00396C9F">
                <w:rPr>
                  <w:rStyle w:val="Hyperlink"/>
                  <w:color w:val="632423" w:themeColor="accent2" w:themeShade="80"/>
                </w:rPr>
                <w:t>Sports</w:t>
              </w:r>
            </w:hyperlink>
          </w:p>
        </w:tc>
      </w:tr>
      <w:tr w:rsidR="00696E28" w14:paraId="04209890" w14:textId="77777777" w:rsidTr="00274950">
        <w:tc>
          <w:tcPr>
            <w:tcW w:w="4320" w:type="dxa"/>
          </w:tcPr>
          <w:p w14:paraId="5DF95ECF" w14:textId="77777777" w:rsidR="00696E28" w:rsidRDefault="00000000">
            <w:r>
              <w:rPr>
                <w:b/>
              </w:rPr>
              <w:t>Platforms</w:t>
            </w:r>
          </w:p>
        </w:tc>
        <w:tc>
          <w:tcPr>
            <w:tcW w:w="4453" w:type="dxa"/>
          </w:tcPr>
          <w:p w14:paraId="42B71154" w14:textId="0407EB88" w:rsidR="00696E28" w:rsidRPr="00396C9F" w:rsidRDefault="00274950">
            <w:pPr>
              <w:rPr>
                <w:color w:val="632423" w:themeColor="accent2" w:themeShade="80"/>
              </w:rPr>
            </w:pPr>
            <w:r w:rsidRPr="00396C9F">
              <w:rPr>
                <w:color w:val="632423" w:themeColor="accent2" w:themeShade="80"/>
              </w:rPr>
              <w:t>Xbox</w:t>
            </w:r>
          </w:p>
        </w:tc>
      </w:tr>
    </w:tbl>
    <w:p w14:paraId="56F16B3F" w14:textId="77777777" w:rsidR="00696E28" w:rsidRPr="00396C9F" w:rsidRDefault="00000000">
      <w:pPr>
        <w:pStyle w:val="Heading2"/>
        <w:rPr>
          <w:color w:val="632423" w:themeColor="accent2" w:themeShade="80"/>
        </w:rPr>
      </w:pPr>
      <w:r w:rsidRPr="00396C9F">
        <w:rPr>
          <w:color w:val="632423" w:themeColor="accent2" w:themeShade="80"/>
        </w:rPr>
        <w:t>📝 Description</w:t>
      </w:r>
    </w:p>
    <w:p w14:paraId="06AC2622" w14:textId="0820DBCB" w:rsidR="00696E28" w:rsidRDefault="00396C9F">
      <w:r w:rsidRPr="00396C9F">
        <w:t>Your Ultimate Horizon Adventure awaits! Explore the vibrant and ever-evolving open world landscapes of Mexico with limitless, fun driving action in hundreds of the world’s greatest cars</w:t>
      </w:r>
      <w:r>
        <w:t>.</w:t>
      </w:r>
    </w:p>
    <w:p w14:paraId="153F9C74" w14:textId="77777777" w:rsidR="00696E28" w:rsidRPr="00396C9F" w:rsidRDefault="00000000">
      <w:pPr>
        <w:pStyle w:val="Heading2"/>
        <w:rPr>
          <w:color w:val="632423" w:themeColor="accent2" w:themeShade="80"/>
        </w:rPr>
      </w:pPr>
      <w:r w:rsidRPr="00396C9F">
        <w:rPr>
          <w:color w:val="632423" w:themeColor="accent2" w:themeShade="80"/>
        </w:rPr>
        <w:t>✨ Key Features</w:t>
      </w:r>
    </w:p>
    <w:p w14:paraId="4461C729" w14:textId="4A2EDF86" w:rsidR="00696E28" w:rsidRPr="00396C9F" w:rsidRDefault="00000000">
      <w:pPr>
        <w:rPr>
          <w:color w:val="33CCFF"/>
        </w:rPr>
      </w:pPr>
      <w:r>
        <w:rPr>
          <w:color w:val="FF3333"/>
        </w:rPr>
        <w:t>• Open World Exploration</w:t>
      </w:r>
      <w:r>
        <w:rPr>
          <w:color w:val="FF3333"/>
        </w:rPr>
        <w:br/>
      </w:r>
      <w:r>
        <w:rPr>
          <w:color w:val="FF9933"/>
        </w:rPr>
        <w:t>• Multiplayer Mod</w:t>
      </w:r>
      <w:r w:rsidR="00396C9F">
        <w:rPr>
          <w:color w:val="FF9933"/>
        </w:rPr>
        <w:t>e</w:t>
      </w:r>
      <w:r>
        <w:rPr>
          <w:color w:val="FF9933"/>
        </w:rPr>
        <w:br/>
      </w:r>
      <w:r>
        <w:rPr>
          <w:color w:val="33CCFF"/>
        </w:rPr>
        <w:t>• Stunning Graphics</w:t>
      </w:r>
    </w:p>
    <w:p w14:paraId="7622527F" w14:textId="77777777" w:rsidR="00696E28" w:rsidRPr="00396C9F" w:rsidRDefault="00000000">
      <w:pPr>
        <w:pStyle w:val="Heading2"/>
        <w:rPr>
          <w:color w:val="632423" w:themeColor="accent2" w:themeShade="80"/>
        </w:rPr>
      </w:pPr>
      <w:r w:rsidRPr="00396C9F">
        <w:rPr>
          <w:color w:val="632423" w:themeColor="accent2" w:themeShade="80"/>
        </w:rPr>
        <w:t>📸 Screenshots</w:t>
      </w:r>
    </w:p>
    <w:p w14:paraId="1DC3D3D7" w14:textId="12F19EB8" w:rsidR="00696E28" w:rsidRDefault="00396C9F">
      <w:r>
        <w:rPr>
          <w:noProof/>
        </w:rPr>
        <w:drawing>
          <wp:inline distT="0" distB="0" distL="0" distR="0" wp14:anchorId="246E98E3" wp14:editId="6A7501AB">
            <wp:extent cx="1771650" cy="828054"/>
            <wp:effectExtent l="0" t="0" r="0" b="0"/>
            <wp:docPr id="2063039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875" cy="83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6C9F">
        <w:t xml:space="preserve"> </w:t>
      </w:r>
      <w:r>
        <w:rPr>
          <w:noProof/>
        </w:rPr>
        <w:drawing>
          <wp:inline distT="0" distB="0" distL="0" distR="0" wp14:anchorId="1B9FDBA7" wp14:editId="3EA7C08F">
            <wp:extent cx="1472070" cy="828040"/>
            <wp:effectExtent l="0" t="0" r="0" b="0"/>
            <wp:docPr id="5023217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504041" cy="84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6C9F">
        <w:t xml:space="preserve"> </w:t>
      </w:r>
      <w:r>
        <w:rPr>
          <w:noProof/>
        </w:rPr>
        <w:drawing>
          <wp:inline distT="0" distB="0" distL="0" distR="0" wp14:anchorId="1ECA57AF" wp14:editId="38580F81">
            <wp:extent cx="1480256" cy="832644"/>
            <wp:effectExtent l="0" t="0" r="5715" b="5715"/>
            <wp:docPr id="159319330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955" cy="844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2A2C3" w14:textId="77777777" w:rsidR="00696E28" w:rsidRPr="00396C9F" w:rsidRDefault="00000000">
      <w:pPr>
        <w:pStyle w:val="Heading2"/>
        <w:rPr>
          <w:color w:val="632423" w:themeColor="accent2" w:themeShade="80"/>
        </w:rPr>
      </w:pPr>
      <w:r w:rsidRPr="00396C9F">
        <w:rPr>
          <w:color w:val="632423" w:themeColor="accent2" w:themeShade="80"/>
        </w:rPr>
        <w:t>💻 System Requirements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20"/>
        <w:gridCol w:w="4320"/>
      </w:tblGrid>
      <w:tr w:rsidR="00696E28" w14:paraId="5D16EC0C" w14:textId="77777777">
        <w:tc>
          <w:tcPr>
            <w:tcW w:w="4320" w:type="dxa"/>
          </w:tcPr>
          <w:p w14:paraId="064B13DF" w14:textId="77777777" w:rsidR="00696E28" w:rsidRPr="00396C9F" w:rsidRDefault="00000000">
            <w:pPr>
              <w:rPr>
                <w:color w:val="943634" w:themeColor="accent2" w:themeShade="BF"/>
              </w:rPr>
            </w:pPr>
            <w:r w:rsidRPr="00396C9F">
              <w:rPr>
                <w:b/>
                <w:color w:val="943634" w:themeColor="accent2" w:themeShade="BF"/>
              </w:rPr>
              <w:t>Minimum Requirements</w:t>
            </w:r>
          </w:p>
        </w:tc>
        <w:tc>
          <w:tcPr>
            <w:tcW w:w="4320" w:type="dxa"/>
          </w:tcPr>
          <w:p w14:paraId="0945FD66" w14:textId="77777777" w:rsidR="00696E28" w:rsidRPr="00396C9F" w:rsidRDefault="00000000">
            <w:pPr>
              <w:rPr>
                <w:color w:val="943634" w:themeColor="accent2" w:themeShade="BF"/>
              </w:rPr>
            </w:pPr>
            <w:r w:rsidRPr="00396C9F">
              <w:rPr>
                <w:b/>
                <w:color w:val="943634" w:themeColor="accent2" w:themeShade="BF"/>
              </w:rPr>
              <w:t>Recommended Requirements</w:t>
            </w:r>
          </w:p>
        </w:tc>
      </w:tr>
      <w:tr w:rsidR="00696E28" w14:paraId="38F938E6" w14:textId="77777777">
        <w:tc>
          <w:tcPr>
            <w:tcW w:w="4320" w:type="dxa"/>
          </w:tcPr>
          <w:p w14:paraId="536A78D3" w14:textId="500956C4" w:rsidR="00696E28" w:rsidRDefault="00000000">
            <w:r>
              <w:t xml:space="preserve">Processor: </w:t>
            </w:r>
            <w:r w:rsidR="00502AB5" w:rsidRPr="00502AB5">
              <w:t> Intel i5-4460 or AMD Ryzen 3 1200</w:t>
            </w:r>
          </w:p>
        </w:tc>
        <w:tc>
          <w:tcPr>
            <w:tcW w:w="4320" w:type="dxa"/>
          </w:tcPr>
          <w:p w14:paraId="36AA2925" w14:textId="0DC25C14" w:rsidR="00696E28" w:rsidRDefault="00000000">
            <w:r>
              <w:t>Processor:</w:t>
            </w:r>
            <w:r w:rsidR="00502AB5">
              <w:t xml:space="preserve"> </w:t>
            </w:r>
            <w:r w:rsidR="00502AB5" w:rsidRPr="00502AB5">
              <w:t> Intel i5-8400 or AMD Ryzen 5 1500X</w:t>
            </w:r>
          </w:p>
        </w:tc>
      </w:tr>
      <w:tr w:rsidR="00696E28" w14:paraId="51433FF7" w14:textId="77777777">
        <w:tc>
          <w:tcPr>
            <w:tcW w:w="4320" w:type="dxa"/>
          </w:tcPr>
          <w:p w14:paraId="4C089BD5" w14:textId="364F59D3" w:rsidR="00696E28" w:rsidRDefault="00000000">
            <w:r>
              <w:t xml:space="preserve">RAM: </w:t>
            </w:r>
            <w:r w:rsidR="00502AB5" w:rsidRPr="00502AB5">
              <w:t>8 GB RAM</w:t>
            </w:r>
          </w:p>
        </w:tc>
        <w:tc>
          <w:tcPr>
            <w:tcW w:w="4320" w:type="dxa"/>
          </w:tcPr>
          <w:p w14:paraId="014F10C6" w14:textId="71A3EC48" w:rsidR="00696E28" w:rsidRDefault="00000000">
            <w:r>
              <w:t xml:space="preserve">RAM: </w:t>
            </w:r>
            <w:r w:rsidR="00502AB5">
              <w:t xml:space="preserve">16 </w:t>
            </w:r>
            <w:r w:rsidR="00502AB5" w:rsidRPr="00502AB5">
              <w:t>GB RAM</w:t>
            </w:r>
          </w:p>
        </w:tc>
      </w:tr>
      <w:tr w:rsidR="00696E28" w14:paraId="36D771A8" w14:textId="77777777">
        <w:tc>
          <w:tcPr>
            <w:tcW w:w="4320" w:type="dxa"/>
          </w:tcPr>
          <w:p w14:paraId="1BF9BDE0" w14:textId="03BBEC0C" w:rsidR="00696E28" w:rsidRDefault="00000000">
            <w:r>
              <w:t xml:space="preserve">Graphics: </w:t>
            </w:r>
            <w:r w:rsidR="00502AB5" w:rsidRPr="00502AB5">
              <w:t> NVidia GTX 970, AMD RX 470, OR Intel Arc A380</w:t>
            </w:r>
          </w:p>
        </w:tc>
        <w:tc>
          <w:tcPr>
            <w:tcW w:w="4320" w:type="dxa"/>
          </w:tcPr>
          <w:p w14:paraId="56F602D4" w14:textId="46EA3FAD" w:rsidR="00696E28" w:rsidRDefault="00000000">
            <w:r>
              <w:t xml:space="preserve">Graphics: </w:t>
            </w:r>
            <w:r w:rsidR="00502AB5" w:rsidRPr="00502AB5">
              <w:t> NVidia GTX 1070, AMD RX 590, OR Intel Arc A750</w:t>
            </w:r>
          </w:p>
        </w:tc>
      </w:tr>
      <w:tr w:rsidR="00696E28" w14:paraId="69F9C2FE" w14:textId="77777777">
        <w:tc>
          <w:tcPr>
            <w:tcW w:w="4320" w:type="dxa"/>
          </w:tcPr>
          <w:p w14:paraId="0230106D" w14:textId="46109007" w:rsidR="00696E28" w:rsidRDefault="00000000">
            <w:r>
              <w:t xml:space="preserve">Storage: </w:t>
            </w:r>
            <w:r w:rsidR="00502AB5" w:rsidRPr="00502AB5">
              <w:t>110 GB available space</w:t>
            </w:r>
          </w:p>
        </w:tc>
        <w:tc>
          <w:tcPr>
            <w:tcW w:w="4320" w:type="dxa"/>
          </w:tcPr>
          <w:p w14:paraId="08F2E9A3" w14:textId="6B1D24D3" w:rsidR="00696E28" w:rsidRDefault="00000000">
            <w:r>
              <w:t xml:space="preserve">Storage: </w:t>
            </w:r>
            <w:r w:rsidR="00502AB5" w:rsidRPr="00502AB5">
              <w:t>110 GB available space</w:t>
            </w:r>
          </w:p>
        </w:tc>
      </w:tr>
    </w:tbl>
    <w:p w14:paraId="2DBA84A0" w14:textId="05CAB9BD" w:rsidR="00696E28" w:rsidRDefault="00696E28">
      <w:pPr>
        <w:jc w:val="center"/>
      </w:pPr>
    </w:p>
    <w:sectPr w:rsidR="00696E28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462769413">
    <w:abstractNumId w:val="8"/>
  </w:num>
  <w:num w:numId="2" w16cid:durableId="1325426111">
    <w:abstractNumId w:val="6"/>
  </w:num>
  <w:num w:numId="3" w16cid:durableId="1394231413">
    <w:abstractNumId w:val="5"/>
  </w:num>
  <w:num w:numId="4" w16cid:durableId="2087846489">
    <w:abstractNumId w:val="4"/>
  </w:num>
  <w:num w:numId="5" w16cid:durableId="1745638262">
    <w:abstractNumId w:val="7"/>
  </w:num>
  <w:num w:numId="6" w16cid:durableId="1289048811">
    <w:abstractNumId w:val="3"/>
  </w:num>
  <w:num w:numId="7" w16cid:durableId="1522163344">
    <w:abstractNumId w:val="2"/>
  </w:num>
  <w:num w:numId="8" w16cid:durableId="1237862107">
    <w:abstractNumId w:val="1"/>
  </w:num>
  <w:num w:numId="9" w16cid:durableId="10230191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5074B"/>
    <w:rsid w:val="00274950"/>
    <w:rsid w:val="0029639D"/>
    <w:rsid w:val="00326F90"/>
    <w:rsid w:val="00396C9F"/>
    <w:rsid w:val="004959AB"/>
    <w:rsid w:val="00502AB5"/>
    <w:rsid w:val="00696E28"/>
    <w:rsid w:val="008D0938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68ADE6F"/>
  <w14:defaultImageDpi w14:val="300"/>
  <w15:docId w15:val="{41B2CFEE-821F-4E84-AF9F-253949D56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yperlink">
    <w:name w:val="Hyperlink"/>
    <w:basedOn w:val="DefaultParagraphFont"/>
    <w:uiPriority w:val="99"/>
    <w:unhideWhenUsed/>
    <w:rsid w:val="00396C9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96C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89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8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4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05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2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98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30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77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61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16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6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03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72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1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tore.steampowered.com/genre/Action/?snr=1_5_9__408" TargetMode="External"/><Relationship Id="rId13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hyperlink" Target="https://store.steampowered.com/publisher/XboxGameStudios?snr=1_5_9__2000" TargetMode="External"/><Relationship Id="rId12" Type="http://schemas.openxmlformats.org/officeDocument/2006/relationships/hyperlink" Target="https://store.steampowered.com/genre/Sports/?snr=1_5_9__408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store.steampowered.com/developer/XboxGameStudios?snr=1_5_9__2000" TargetMode="External"/><Relationship Id="rId11" Type="http://schemas.openxmlformats.org/officeDocument/2006/relationships/hyperlink" Target="https://store.steampowered.com/genre/Simulation/?snr=1_5_9__408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https://store.steampowered.com/genre/Racing/?snr=1_5_9__408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tore.steampowered.com/genre/Adventure/?snr=1_5_9__408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224</Words>
  <Characters>1279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1501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abdul kabeer</cp:lastModifiedBy>
  <cp:revision>3</cp:revision>
  <dcterms:created xsi:type="dcterms:W3CDTF">2013-12-23T23:15:00Z</dcterms:created>
  <dcterms:modified xsi:type="dcterms:W3CDTF">2024-11-23T18:17:00Z</dcterms:modified>
  <cp:category/>
</cp:coreProperties>
</file>